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gril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053C5C" w14:paraId="781B2451" w14:textId="77777777" w:rsidTr="00053C5C">
        <w:trPr>
          <w:trHeight w:val="393"/>
        </w:trPr>
        <w:tc>
          <w:tcPr>
            <w:tcW w:w="1641" w:type="dxa"/>
            <w:vMerge w:val="restart"/>
          </w:tcPr>
          <w:p w14:paraId="51AB8611" w14:textId="624E4EB6" w:rsidR="00053C5C" w:rsidRDefault="008A4492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42078B">
              <w:rPr>
                <w:rFonts w:ascii="Benguiat Bk BT" w:hAnsi="Benguiat Bk BT" w:cs="Benguiat Bk BT"/>
                <w:b/>
                <w:noProof/>
                <w:color w:val="25221E"/>
                <w:sz w:val="20"/>
                <w:szCs w:val="20"/>
                <w:lang w:val="ro-RO" w:eastAsia="ro-RO"/>
              </w:rPr>
              <w:drawing>
                <wp:inline distT="0" distB="0" distL="0" distR="0" wp14:anchorId="712E919A" wp14:editId="2294B9F5">
                  <wp:extent cx="582805" cy="783590"/>
                  <wp:effectExtent l="0" t="0" r="8255" b="0"/>
                  <wp:docPr id="2" name="Imagine 2" descr="800px-Coat_of_arms_of_Rom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800px-Coat_of_arms_of_Roma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7181" cy="789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5" w:type="dxa"/>
            <w:gridSpan w:val="3"/>
          </w:tcPr>
          <w:p w14:paraId="3C432CD1" w14:textId="19058D66" w:rsidR="00053C5C" w:rsidRDefault="008A4492" w:rsidP="00756960">
            <w:pPr>
              <w:spacing w:after="40"/>
              <w:rPr>
                <w:b/>
                <w:sz w:val="28"/>
                <w:szCs w:val="28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COMUNA BIHARIA - JUDEȚUL BIHOR</w:t>
            </w:r>
          </w:p>
        </w:tc>
      </w:tr>
      <w:tr w:rsidR="00053C5C" w14:paraId="449BB91A" w14:textId="77777777" w:rsidTr="00053C5C">
        <w:trPr>
          <w:trHeight w:val="206"/>
        </w:trPr>
        <w:tc>
          <w:tcPr>
            <w:tcW w:w="1641" w:type="dxa"/>
            <w:vMerge/>
          </w:tcPr>
          <w:p w14:paraId="444D21D3" w14:textId="77777777" w:rsidR="00053C5C" w:rsidRDefault="00053C5C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5E1772CB" w14:textId="5CB3040C" w:rsidR="00053C5C" w:rsidRPr="000F4882" w:rsidRDefault="008A4492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PRIMĂRIA BIHARIA</w:t>
            </w:r>
          </w:p>
        </w:tc>
      </w:tr>
      <w:tr w:rsidR="00053C5C" w14:paraId="2DEA6183" w14:textId="77777777" w:rsidTr="00053C5C">
        <w:trPr>
          <w:trHeight w:val="206"/>
        </w:trPr>
        <w:tc>
          <w:tcPr>
            <w:tcW w:w="1641" w:type="dxa"/>
            <w:vMerge/>
          </w:tcPr>
          <w:p w14:paraId="2518EEBE" w14:textId="77777777" w:rsidR="00053C5C" w:rsidRDefault="00053C5C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488BAFC3" w14:textId="555174A4" w:rsidR="00053C5C" w:rsidRPr="000F4882" w:rsidRDefault="00053C5C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>Cod de identificare fiscală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</w:t>
            </w:r>
            <w:r w:rsidR="008A4492">
              <w:rPr>
                <w:b/>
                <w:color w:val="000000" w:themeColor="text1"/>
                <w:lang w:val="fr-FR"/>
              </w:rPr>
              <w:t>4820305</w:t>
            </w:r>
          </w:p>
        </w:tc>
        <w:tc>
          <w:tcPr>
            <w:tcW w:w="5642" w:type="dxa"/>
            <w:gridSpan w:val="2"/>
          </w:tcPr>
          <w:p w14:paraId="0F1EDBFE" w14:textId="509FC30F" w:rsidR="00053C5C" w:rsidRPr="000F4882" w:rsidRDefault="008A4492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 w:rsidRPr="007209F7">
              <w:rPr>
                <w:b/>
                <w:color w:val="000000" w:themeColor="text1"/>
              </w:rPr>
              <w:t>Adresa</w:t>
            </w:r>
            <w:r>
              <w:rPr>
                <w:b/>
                <w:color w:val="000000" w:themeColor="text1"/>
              </w:rPr>
              <w:t xml:space="preserve">:  </w:t>
            </w:r>
            <w:r w:rsidRPr="00FB4294">
              <w:rPr>
                <w:sz w:val="18"/>
                <w:szCs w:val="18"/>
              </w:rPr>
              <w:t>str Cetății, nr. 12, Sat Biharia, Com. Biharia, jud. Bihor Tel: 0259-369701</w:t>
            </w:r>
            <w:r w:rsidRPr="00FB4294">
              <w:rPr>
                <w:sz w:val="18"/>
                <w:szCs w:val="18"/>
              </w:rPr>
              <w:br/>
              <w:t>e-mail: secretariat@comunabiharia</w:t>
            </w:r>
          </w:p>
        </w:tc>
      </w:tr>
      <w:tr w:rsidR="00053C5C" w14:paraId="3FA8FB6D" w14:textId="77777777" w:rsidTr="00053C5C">
        <w:trPr>
          <w:trHeight w:val="416"/>
        </w:trPr>
        <w:tc>
          <w:tcPr>
            <w:tcW w:w="1641" w:type="dxa"/>
            <w:vMerge/>
          </w:tcPr>
          <w:p w14:paraId="13ABA7F3" w14:textId="77777777" w:rsidR="00053C5C" w:rsidRDefault="00053C5C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3B56C216" w14:textId="77777777" w:rsidR="00053C5C" w:rsidRDefault="00053C5C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0A60914C" w14:textId="77777777" w:rsidR="00053C5C" w:rsidRPr="000F4882" w:rsidRDefault="00053C5C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Număr de înregistrare</w:t>
            </w:r>
            <w:r>
              <w:rPr>
                <w:b/>
                <w:color w:val="000000" w:themeColor="text1"/>
                <w:sz w:val="20"/>
                <w:szCs w:val="20"/>
              </w:rPr>
              <w:t>:………………………</w:t>
            </w:r>
          </w:p>
        </w:tc>
        <w:tc>
          <w:tcPr>
            <w:tcW w:w="3361" w:type="dxa"/>
          </w:tcPr>
          <w:p w14:paraId="35B2D924" w14:textId="77777777" w:rsidR="00053C5C" w:rsidRDefault="00053C5C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9410D53" w14:textId="77777777" w:rsidR="00053C5C" w:rsidRPr="000F4882" w:rsidRDefault="00053C5C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…………/…………../ 2026</w:t>
            </w:r>
          </w:p>
        </w:tc>
      </w:tr>
      <w:tr w:rsidR="00053C5C" w14:paraId="4877A559" w14:textId="77777777" w:rsidTr="00053C5C">
        <w:trPr>
          <w:trHeight w:val="165"/>
        </w:trPr>
        <w:tc>
          <w:tcPr>
            <w:tcW w:w="9606" w:type="dxa"/>
            <w:gridSpan w:val="4"/>
          </w:tcPr>
          <w:p w14:paraId="50C24902" w14:textId="77777777" w:rsidR="00053C5C" w:rsidRDefault="00053C5C" w:rsidP="00756960">
            <w:pPr>
              <w:spacing w:after="40"/>
              <w:rPr>
                <w:b/>
                <w:sz w:val="28"/>
                <w:szCs w:val="28"/>
              </w:rPr>
            </w:pPr>
            <w:r w:rsidRPr="00F801F2">
              <w:rPr>
                <w:i/>
                <w:color w:val="595959"/>
                <w:lang w:val="fr-FR"/>
              </w:rPr>
              <w:t>se completează de autoritate — solicitantul nu scrie în această zonă</w:t>
            </w:r>
          </w:p>
        </w:tc>
      </w:tr>
    </w:tbl>
    <w:p w14:paraId="5D990040" w14:textId="77777777" w:rsidR="00053C5C" w:rsidRDefault="00053C5C" w:rsidP="007050CD">
      <w:pPr>
        <w:spacing w:before="140" w:after="40"/>
        <w:jc w:val="center"/>
        <w:rPr>
          <w:b/>
          <w:sz w:val="28"/>
          <w:szCs w:val="28"/>
        </w:rPr>
      </w:pPr>
    </w:p>
    <w:p w14:paraId="58FEB982" w14:textId="694D829F" w:rsidR="00AD35FD" w:rsidRPr="005E6036" w:rsidRDefault="00443514" w:rsidP="007050CD">
      <w:pPr>
        <w:spacing w:before="140" w:after="40"/>
        <w:jc w:val="center"/>
        <w:rPr>
          <w:sz w:val="28"/>
          <w:szCs w:val="28"/>
        </w:rPr>
      </w:pPr>
      <w:bookmarkStart w:id="0" w:name="_GoBack"/>
      <w:bookmarkEnd w:id="0"/>
      <w:r w:rsidRPr="005E6036">
        <w:rPr>
          <w:b/>
          <w:sz w:val="28"/>
          <w:szCs w:val="28"/>
        </w:rPr>
        <w:t>ÎNȘTIINȚARE</w:t>
      </w:r>
    </w:p>
    <w:p w14:paraId="3F1F960E" w14:textId="77777777" w:rsidR="00AD35FD" w:rsidRDefault="00443514">
      <w:pPr>
        <w:spacing w:after="120"/>
        <w:jc w:val="center"/>
      </w:pPr>
      <w:r>
        <w:rPr>
          <w:sz w:val="19"/>
        </w:rPr>
        <w:t>privind încheierea execuției lucrărilor</w:t>
      </w:r>
    </w:p>
    <w:p w14:paraId="39CC6B28" w14:textId="77777777" w:rsidR="00AD35FD" w:rsidRDefault="00AD35FD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D35FD" w14:paraId="5D5D5660" w14:textId="77777777">
        <w:trPr>
          <w:cantSplit/>
        </w:trPr>
        <w:tc>
          <w:tcPr>
            <w:tcW w:w="9636" w:type="dxa"/>
            <w:shd w:val="clear" w:color="auto" w:fill="F4F4F4"/>
          </w:tcPr>
          <w:p w14:paraId="7237AFBA" w14:textId="77777777" w:rsidR="00AD35FD" w:rsidRDefault="00443514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D35FD" w:rsidRPr="007050CD" w14:paraId="6E6DD37F" w14:textId="77777777">
        <w:trPr>
          <w:cantSplit/>
          <w:trHeight w:val="510"/>
        </w:trPr>
        <w:tc>
          <w:tcPr>
            <w:tcW w:w="9636" w:type="dxa"/>
          </w:tcPr>
          <w:p w14:paraId="29E26C9F" w14:textId="77777777" w:rsidR="00AD35FD" w:rsidRPr="007050CD" w:rsidRDefault="00AD35FD" w:rsidP="007050CD">
            <w:pPr>
              <w:keepNext/>
              <w:rPr>
                <w:lang w:val="fr-FR"/>
              </w:rPr>
            </w:pPr>
          </w:p>
        </w:tc>
      </w:tr>
      <w:tr w:rsidR="00AD35FD" w:rsidRPr="007050CD" w14:paraId="6859A31D" w14:textId="77777777">
        <w:trPr>
          <w:cantSplit/>
        </w:trPr>
        <w:tc>
          <w:tcPr>
            <w:tcW w:w="9636" w:type="dxa"/>
            <w:shd w:val="clear" w:color="auto" w:fill="F4F4F4"/>
          </w:tcPr>
          <w:p w14:paraId="065790C6" w14:textId="169ECA0F" w:rsidR="00AD35FD" w:rsidRPr="005E6036" w:rsidRDefault="00443514">
            <w:pPr>
              <w:spacing w:line="228" w:lineRule="auto"/>
            </w:pPr>
            <w:r w:rsidRPr="005E6036">
              <w:t>Cererea va fi</w:t>
            </w:r>
            <w:r w:rsidR="007050CD" w:rsidRPr="005E6036">
              <w:t xml:space="preserve"> adresată</w:t>
            </w:r>
            <w:r w:rsidRPr="005E6036">
              <w:t xml:space="preserve"> către președintele consiliului județean, primarul general, primarul de sector sau primarul municipiului / orașului / comunei, după caz.</w:t>
            </w:r>
          </w:p>
        </w:tc>
      </w:tr>
    </w:tbl>
    <w:p w14:paraId="51D38FA9" w14:textId="77777777" w:rsidR="00AD35FD" w:rsidRPr="005E6036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D35FD" w14:paraId="46CB876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3B3776" w14:textId="77777777" w:rsidR="00AD35FD" w:rsidRDefault="00443514">
            <w:pPr>
              <w:keepNext/>
            </w:pPr>
            <w:r w:rsidRPr="005E603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D35FD" w14:paraId="32169DFD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09156218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460DBA2" w14:textId="77777777" w:rsidR="00AD35FD" w:rsidRDefault="00AD35FD">
            <w:pPr>
              <w:keepNext/>
            </w:pPr>
          </w:p>
        </w:tc>
        <w:tc>
          <w:tcPr>
            <w:tcW w:w="4015" w:type="dxa"/>
            <w:gridSpan w:val="3"/>
          </w:tcPr>
          <w:p w14:paraId="62D69012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5C61E18C" w14:textId="77777777" w:rsidR="00AD35FD" w:rsidRDefault="00AD35FD">
            <w:pPr>
              <w:keepNext/>
            </w:pPr>
          </w:p>
        </w:tc>
      </w:tr>
      <w:tr w:rsidR="00AD35FD" w14:paraId="2BC6EF7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8B7BC7E" w14:textId="77777777" w:rsidR="00AD35FD" w:rsidRDefault="00443514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D35FD" w14:paraId="1EDA1342" w14:textId="77777777">
        <w:trPr>
          <w:cantSplit/>
          <w:trHeight w:val="510"/>
        </w:trPr>
        <w:tc>
          <w:tcPr>
            <w:tcW w:w="1606" w:type="dxa"/>
          </w:tcPr>
          <w:p w14:paraId="09DE4D5B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04A3F5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2B6D2861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5B2CC0F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5"/>
          </w:tcPr>
          <w:p w14:paraId="074B257B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68E9A4D7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6665BF0B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85EFB42" w14:textId="77777777" w:rsidR="00AD35FD" w:rsidRDefault="00AD35FD">
            <w:pPr>
              <w:keepNext/>
            </w:pPr>
          </w:p>
        </w:tc>
      </w:tr>
      <w:tr w:rsidR="00AD35FD" w14:paraId="32CEFBE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F217D41" w14:textId="77777777" w:rsidR="00AD35FD" w:rsidRDefault="00443514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D35FD" w14:paraId="5155AE8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9A1DBB3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176509F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4"/>
          </w:tcPr>
          <w:p w14:paraId="12FFC180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78AF07E4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DCE9F1A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BA8A3A" w14:textId="77777777" w:rsidR="00AD35FD" w:rsidRDefault="00AD35FD">
            <w:pPr>
              <w:keepNext/>
            </w:pPr>
          </w:p>
        </w:tc>
      </w:tr>
      <w:tr w:rsidR="00AD35FD" w14:paraId="40628C1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F167578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BA56E68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1489889D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B4ABA2F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7CD5A464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B109255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35CA800D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49F3CE7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5BF03D03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A6186C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7A7CC008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EDFEC25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0F72F706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Ț</w:t>
            </w:r>
            <w:r>
              <w:rPr>
                <w:b/>
                <w:color w:val="0D5F78"/>
              </w:rPr>
              <w:t>ara</w:t>
            </w:r>
          </w:p>
          <w:p w14:paraId="487B61C5" w14:textId="77777777" w:rsidR="00AD35FD" w:rsidRDefault="00AD35FD">
            <w:pPr>
              <w:keepNext/>
            </w:pPr>
          </w:p>
        </w:tc>
      </w:tr>
      <w:tr w:rsidR="00AD35FD" w14:paraId="025BF65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FA46FA6" w14:textId="77777777" w:rsidR="00AD35FD" w:rsidRDefault="00443514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D35FD" w14:paraId="3F62D54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D073D6E" w14:textId="77777777" w:rsidR="00AD35FD" w:rsidRDefault="00443514">
            <w:r>
              <w:rPr>
                <w:b/>
                <w:color w:val="0D5F78"/>
              </w:rPr>
              <w:t>Telefon / fax</w:t>
            </w:r>
          </w:p>
          <w:p w14:paraId="39CC712B" w14:textId="77777777" w:rsidR="00AD35FD" w:rsidRDefault="00AD35FD"/>
        </w:tc>
        <w:tc>
          <w:tcPr>
            <w:tcW w:w="5621" w:type="dxa"/>
            <w:gridSpan w:val="5"/>
          </w:tcPr>
          <w:p w14:paraId="731E3EAF" w14:textId="77777777" w:rsidR="00AD35FD" w:rsidRDefault="00443514">
            <w:r>
              <w:rPr>
                <w:b/>
                <w:color w:val="0D5F78"/>
              </w:rPr>
              <w:t>E-mail</w:t>
            </w:r>
          </w:p>
          <w:p w14:paraId="6A57A506" w14:textId="77777777" w:rsidR="00AD35FD" w:rsidRDefault="00AD35FD"/>
        </w:tc>
      </w:tr>
    </w:tbl>
    <w:p w14:paraId="4D9D1FE5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D35FD" w:rsidRPr="005E6036" w14:paraId="0CCD3AD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FDD6DE2" w14:textId="77777777" w:rsidR="00AD35FD" w:rsidRPr="007050CD" w:rsidRDefault="00443514">
            <w:pPr>
              <w:keepNext/>
              <w:rPr>
                <w:lang w:val="fr-FR"/>
              </w:rPr>
            </w:pPr>
            <w:r w:rsidRPr="007050CD">
              <w:rPr>
                <w:b/>
                <w:sz w:val="16"/>
                <w:lang w:val="fr-FR"/>
              </w:rPr>
              <w:t xml:space="preserve"> 3. </w:t>
            </w:r>
            <w:r w:rsidRPr="007050CD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D35FD" w14:paraId="587E3C10" w14:textId="77777777">
        <w:trPr>
          <w:cantSplit/>
          <w:trHeight w:val="510"/>
        </w:trPr>
        <w:tc>
          <w:tcPr>
            <w:tcW w:w="1606" w:type="dxa"/>
          </w:tcPr>
          <w:p w14:paraId="38570560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D760159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331EAC7E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3ACC2CAC" w14:textId="77777777" w:rsidR="00AD35FD" w:rsidRDefault="00AD35FD">
            <w:pPr>
              <w:keepNext/>
            </w:pPr>
          </w:p>
        </w:tc>
        <w:tc>
          <w:tcPr>
            <w:tcW w:w="5621" w:type="dxa"/>
          </w:tcPr>
          <w:p w14:paraId="45DAA697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7035BC1B" w14:textId="77777777" w:rsidR="00AD35FD" w:rsidRDefault="00AD35FD">
            <w:pPr>
              <w:keepNext/>
            </w:pPr>
          </w:p>
        </w:tc>
      </w:tr>
      <w:tr w:rsidR="00AD35FD" w14:paraId="24AC54C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DD30D26" w14:textId="77777777" w:rsidR="00AD35FD" w:rsidRDefault="00443514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D35FD" w:rsidRPr="005E6036" w14:paraId="14CEAA34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023C43F6" w14:textId="77777777" w:rsidR="00AD35FD" w:rsidRPr="007050CD" w:rsidRDefault="00443514">
            <w:pPr>
              <w:keepNext/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>Denumirea lucrării, capacitatea și categoria de lucrări din autorizație</w:t>
            </w:r>
          </w:p>
          <w:p w14:paraId="5D07F1A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</w:tr>
      <w:tr w:rsidR="00AD35FD" w14:paraId="0BCFAFD1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7645425" w14:textId="77777777" w:rsidR="00AD35FD" w:rsidRDefault="00443514">
            <w:r>
              <w:rPr>
                <w:b/>
                <w:color w:val="0D5F78"/>
              </w:rPr>
              <w:t>în valoare de (lei)</w:t>
            </w:r>
          </w:p>
          <w:p w14:paraId="3EFD05AE" w14:textId="77777777" w:rsidR="00AD35FD" w:rsidRDefault="00AD35FD"/>
        </w:tc>
      </w:tr>
    </w:tbl>
    <w:p w14:paraId="6F25DA33" w14:textId="48CBC554" w:rsidR="00AD35FD" w:rsidRPr="005E6036" w:rsidRDefault="00443514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ADUC LA CUNOȘTINȚĂ</w:t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D35FD" w14:paraId="43F9191F" w14:textId="77777777">
        <w:trPr>
          <w:cantSplit/>
          <w:trHeight w:val="510"/>
        </w:trPr>
        <w:tc>
          <w:tcPr>
            <w:tcW w:w="2409" w:type="dxa"/>
          </w:tcPr>
          <w:p w14:paraId="1A30CAD2" w14:textId="77777777" w:rsidR="00AD35FD" w:rsidRDefault="00443514">
            <w:r>
              <w:rPr>
                <w:b/>
                <w:color w:val="0D5F78"/>
              </w:rPr>
              <w:t>Că la data de</w:t>
            </w:r>
          </w:p>
          <w:p w14:paraId="5CE18A2B" w14:textId="77777777" w:rsidR="00AD35FD" w:rsidRDefault="00AD35FD"/>
        </w:tc>
        <w:tc>
          <w:tcPr>
            <w:tcW w:w="1606" w:type="dxa"/>
          </w:tcPr>
          <w:p w14:paraId="537E7015" w14:textId="77777777" w:rsidR="00AD35FD" w:rsidRDefault="00443514">
            <w:r>
              <w:rPr>
                <w:b/>
                <w:color w:val="0D5F78"/>
              </w:rPr>
              <w:t>ora</w:t>
            </w:r>
          </w:p>
          <w:p w14:paraId="349EB503" w14:textId="77777777" w:rsidR="00AD35FD" w:rsidRDefault="00AD35FD"/>
        </w:tc>
        <w:tc>
          <w:tcPr>
            <w:tcW w:w="5621" w:type="dxa"/>
          </w:tcPr>
          <w:p w14:paraId="479316B2" w14:textId="77777777" w:rsidR="00AD35FD" w:rsidRPr="007050CD" w:rsidRDefault="00443514">
            <w:pPr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 xml:space="preserve">au </w:t>
            </w:r>
            <w:r w:rsidRPr="007050CD">
              <w:rPr>
                <w:b/>
                <w:color w:val="0D5F78"/>
                <w:lang w:val="fr-FR"/>
              </w:rPr>
              <w:t>fost finalizate lucrările de construcții autorizate</w:t>
            </w:r>
          </w:p>
          <w:p w14:paraId="70DA8600" w14:textId="77777777" w:rsidR="00AD35FD" w:rsidRDefault="00443514">
            <w:r>
              <w:rPr>
                <w:i/>
                <w:color w:val="7A7A7A"/>
              </w:rPr>
              <w:t>pentru imobilul de mai jos</w:t>
            </w:r>
          </w:p>
          <w:p w14:paraId="0A5397F4" w14:textId="77777777" w:rsidR="00AD35FD" w:rsidRDefault="00AD35FD"/>
        </w:tc>
      </w:tr>
    </w:tbl>
    <w:p w14:paraId="46459DEB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D35FD" w14:paraId="503B36F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7C80A2C" w14:textId="77777777" w:rsidR="00AD35FD" w:rsidRDefault="00443514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35FD" w14:paraId="6246E343" w14:textId="77777777">
        <w:trPr>
          <w:cantSplit/>
        </w:trPr>
        <w:tc>
          <w:tcPr>
            <w:tcW w:w="9636" w:type="dxa"/>
            <w:gridSpan w:val="6"/>
          </w:tcPr>
          <w:p w14:paraId="0AB87AAD" w14:textId="77777777" w:rsidR="00AD35FD" w:rsidRDefault="00443514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D35FD" w14:paraId="53BDC58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48965D1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3613F305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365ED677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6F56704A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21EB7A6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4F784361" w14:textId="77777777" w:rsidR="00AD35FD" w:rsidRDefault="00AD35FD">
            <w:pPr>
              <w:keepNext/>
            </w:pPr>
          </w:p>
        </w:tc>
      </w:tr>
      <w:tr w:rsidR="00AD35FD" w14:paraId="2BC39562" w14:textId="77777777">
        <w:trPr>
          <w:cantSplit/>
          <w:trHeight w:val="510"/>
        </w:trPr>
        <w:tc>
          <w:tcPr>
            <w:tcW w:w="1606" w:type="dxa"/>
          </w:tcPr>
          <w:p w14:paraId="32502F27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492DB3D9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3"/>
          </w:tcPr>
          <w:p w14:paraId="79596D03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6B7FC7B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0B5DE636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C554BE8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5F4DD626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81D6BF6" w14:textId="77777777" w:rsidR="00AD35FD" w:rsidRDefault="00AD35FD">
            <w:pPr>
              <w:keepNext/>
            </w:pPr>
          </w:p>
        </w:tc>
      </w:tr>
      <w:tr w:rsidR="00AD35FD" w14:paraId="45E2EB9D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946A25A" w14:textId="77777777" w:rsidR="00AD35FD" w:rsidRPr="007050CD" w:rsidRDefault="00443514">
            <w:pPr>
              <w:keepNext/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>Număr cadastral</w:t>
            </w:r>
          </w:p>
          <w:p w14:paraId="75CF10B0" w14:textId="77777777" w:rsidR="00AD35FD" w:rsidRPr="007050CD" w:rsidRDefault="00443514">
            <w:pPr>
              <w:keepNext/>
              <w:rPr>
                <w:lang w:val="fr-FR"/>
              </w:rPr>
            </w:pPr>
            <w:r w:rsidRPr="007050CD">
              <w:rPr>
                <w:i/>
                <w:color w:val="7A7A7A"/>
                <w:lang w:val="fr-FR"/>
              </w:rPr>
              <w:t xml:space="preserve">dacă imobilul e </w:t>
            </w:r>
            <w:r w:rsidRPr="007050CD">
              <w:rPr>
                <w:i/>
                <w:color w:val="7A7A7A"/>
                <w:lang w:val="fr-FR"/>
              </w:rPr>
              <w:t>înscris în e-Terra</w:t>
            </w:r>
          </w:p>
          <w:p w14:paraId="23C0206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1CA801FC" w14:textId="77777777" w:rsidR="00AD35FD" w:rsidRDefault="00443514">
            <w:pPr>
              <w:keepNext/>
            </w:pPr>
            <w:r>
              <w:rPr>
                <w:b/>
                <w:color w:val="0D5F78"/>
              </w:rPr>
              <w:t>Carte funciară nr.</w:t>
            </w:r>
          </w:p>
          <w:p w14:paraId="7460EFF8" w14:textId="77777777" w:rsidR="00AD35FD" w:rsidRDefault="00AD35FD">
            <w:pPr>
              <w:keepNext/>
            </w:pPr>
          </w:p>
        </w:tc>
      </w:tr>
    </w:tbl>
    <w:p w14:paraId="4310081F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7227"/>
        <w:gridCol w:w="2409"/>
      </w:tblGrid>
      <w:tr w:rsidR="00AD35FD" w14:paraId="00876DD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91472DD" w14:textId="77777777" w:rsidR="00AD35FD" w:rsidRDefault="00443514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CONVOCAREA COMISIEI DE RECEPȚIE</w:t>
            </w:r>
          </w:p>
        </w:tc>
      </w:tr>
      <w:tr w:rsidR="00AD35FD" w14:paraId="1EE75B4F" w14:textId="77777777">
        <w:trPr>
          <w:cantSplit/>
          <w:trHeight w:val="510"/>
        </w:trPr>
        <w:tc>
          <w:tcPr>
            <w:tcW w:w="7227" w:type="dxa"/>
          </w:tcPr>
          <w:p w14:paraId="668CA31F" w14:textId="77777777" w:rsidR="00AD35FD" w:rsidRPr="007050CD" w:rsidRDefault="00443514">
            <w:pPr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>Se convoacă comisia de recepție la terminarea lucrărilor, la data</w:t>
            </w:r>
          </w:p>
          <w:p w14:paraId="3C5ABEF2" w14:textId="77777777" w:rsidR="00AD35FD" w:rsidRPr="007050CD" w:rsidRDefault="00AD35FD">
            <w:pPr>
              <w:rPr>
                <w:lang w:val="fr-FR"/>
              </w:rPr>
            </w:pPr>
          </w:p>
        </w:tc>
        <w:tc>
          <w:tcPr>
            <w:tcW w:w="2409" w:type="dxa"/>
          </w:tcPr>
          <w:p w14:paraId="005C1153" w14:textId="77777777" w:rsidR="00AD35FD" w:rsidRDefault="00443514">
            <w:r>
              <w:rPr>
                <w:b/>
                <w:color w:val="0D5F78"/>
              </w:rPr>
              <w:t>ora</w:t>
            </w:r>
          </w:p>
          <w:p w14:paraId="67115499" w14:textId="77777777" w:rsidR="00AD35FD" w:rsidRDefault="00AD35FD"/>
        </w:tc>
      </w:tr>
    </w:tbl>
    <w:p w14:paraId="2CA6B2E0" w14:textId="77777777" w:rsidR="00AD35FD" w:rsidRDefault="00AD35FD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D35FD" w14:paraId="4DA3EAB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22918AA" w14:textId="77777777" w:rsidR="00AD35FD" w:rsidRDefault="00443514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D35FD" w14:paraId="70E41EEA" w14:textId="77777777" w:rsidTr="008A4492">
        <w:trPr>
          <w:cantSplit/>
          <w:trHeight w:val="797"/>
        </w:trPr>
        <w:tc>
          <w:tcPr>
            <w:tcW w:w="1606" w:type="dxa"/>
          </w:tcPr>
          <w:p w14:paraId="246FD708" w14:textId="77777777" w:rsidR="00AD35FD" w:rsidRDefault="00443514">
            <w:r>
              <w:rPr>
                <w:b/>
                <w:color w:val="0D5F78"/>
              </w:rPr>
              <w:t>Data</w:t>
            </w:r>
          </w:p>
          <w:p w14:paraId="71990700" w14:textId="77777777" w:rsidR="00AD35FD" w:rsidRDefault="00AD35FD"/>
        </w:tc>
        <w:tc>
          <w:tcPr>
            <w:tcW w:w="4818" w:type="dxa"/>
          </w:tcPr>
          <w:p w14:paraId="16AE7494" w14:textId="77777777" w:rsidR="00AD35FD" w:rsidRDefault="00443514">
            <w:r>
              <w:rPr>
                <w:b/>
                <w:color w:val="0D5F78"/>
              </w:rPr>
              <w:t>Titularul autorizației</w:t>
            </w:r>
          </w:p>
          <w:p w14:paraId="3DBB02B2" w14:textId="77777777" w:rsidR="00AD35FD" w:rsidRDefault="00AD35FD"/>
        </w:tc>
        <w:tc>
          <w:tcPr>
            <w:tcW w:w="3212" w:type="dxa"/>
          </w:tcPr>
          <w:p w14:paraId="4A633198" w14:textId="77777777" w:rsidR="00AD35FD" w:rsidRDefault="00443514">
            <w:r>
              <w:rPr>
                <w:b/>
                <w:color w:val="0D5F78"/>
              </w:rPr>
              <w:t>Semnătura</w:t>
            </w:r>
          </w:p>
          <w:p w14:paraId="5A726045" w14:textId="77777777" w:rsidR="00AD35FD" w:rsidRDefault="00AD35FD"/>
        </w:tc>
      </w:tr>
    </w:tbl>
    <w:p w14:paraId="7A82EDC4" w14:textId="77777777" w:rsidR="00AD35FD" w:rsidRDefault="00AD35FD">
      <w:pPr>
        <w:spacing w:line="168" w:lineRule="auto"/>
      </w:pPr>
    </w:p>
    <w:sectPr w:rsidR="00AD35FD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CAF9A" w14:textId="77777777" w:rsidR="00443514" w:rsidRDefault="00443514">
      <w:r>
        <w:separator/>
      </w:r>
    </w:p>
  </w:endnote>
  <w:endnote w:type="continuationSeparator" w:id="0">
    <w:p w14:paraId="2DBAACDF" w14:textId="77777777" w:rsidR="00443514" w:rsidRDefault="00443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enguiat Bk BT">
    <w:altName w:val="Bookman Old Style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F1F6F" w14:textId="7C30F0FC" w:rsidR="00AD35FD" w:rsidRDefault="00443514">
    <w:pPr>
      <w:pStyle w:val="Subsol"/>
      <w:tabs>
        <w:tab w:val="right" w:pos="9639"/>
      </w:tabs>
    </w:pPr>
    <w:r>
      <w:rPr>
        <w:color w:val="595959"/>
      </w:rPr>
      <w:t>F_A_</w:t>
    </w:r>
    <w:r w:rsidR="005E6036">
      <w:rPr>
        <w:color w:val="595959"/>
      </w:rPr>
      <w:t>10</w:t>
    </w:r>
    <w:r>
      <w:rPr>
        <w:color w:val="595959"/>
      </w:rPr>
      <w:t xml:space="preserve">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8B08A" w14:textId="77777777" w:rsidR="00443514" w:rsidRDefault="00443514">
      <w:r>
        <w:separator/>
      </w:r>
    </w:p>
  </w:footnote>
  <w:footnote w:type="continuationSeparator" w:id="0">
    <w:p w14:paraId="127E9971" w14:textId="77777777" w:rsidR="00443514" w:rsidRDefault="00443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3C5C"/>
    <w:rsid w:val="0006063C"/>
    <w:rsid w:val="0015074B"/>
    <w:rsid w:val="001D6E6F"/>
    <w:rsid w:val="0029639D"/>
    <w:rsid w:val="00326F90"/>
    <w:rsid w:val="00443514"/>
    <w:rsid w:val="004D50AF"/>
    <w:rsid w:val="005E6036"/>
    <w:rsid w:val="006C103E"/>
    <w:rsid w:val="007050CD"/>
    <w:rsid w:val="008A4492"/>
    <w:rsid w:val="008A6D9A"/>
    <w:rsid w:val="008E3393"/>
    <w:rsid w:val="00AA1D8D"/>
    <w:rsid w:val="00AD35FD"/>
    <w:rsid w:val="00B47730"/>
    <w:rsid w:val="00B769B5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7E384F2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D81636-3ABA-4389-8597-04EF2564C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1649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Tota Attila Nagy</cp:lastModifiedBy>
  <cp:revision>2</cp:revision>
  <dcterms:created xsi:type="dcterms:W3CDTF">2026-09-07T10:30:00Z</dcterms:created>
  <dcterms:modified xsi:type="dcterms:W3CDTF">2026-09-07T10:30:00Z</dcterms:modified>
  <cp:category/>
</cp:coreProperties>
</file>